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- זיהוי וחילוץ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גזרת הנחים של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לחלץ את שלוש אותיות השורש מתוך פעלים בגזרות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הגזרות: ל"ה/י, פ"י/ו, ע"ו/י ופ"נ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נ' נבלעת באות שאחריה בנטיית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מסתיימים באות ה' או י', כמו בנה וקנה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האות האמצעית היא ו' או י', כמו בשורש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שלוש אותיות השורש הן ר, א,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האות הראשונה היא י' או ו', כמו בישב וירד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חילוץ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ק-נ-ה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נ-ת-ן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ש-י-ר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גזרה לפועל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בחר גזרה אחת בלבד, כתב שני פעלים מתאימים לגזרה, וחילץ נכון את שלוש אותיות השורש לכל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קבוצת פעלים שבהם אות שורש אחת (ו',י' או נ') משתנה או נעלמת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נפל - שורש נ-פ-ל, או נסע - שורש נ-ס-ע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ל"ה/י - האות המשתנה היא האחרונה בשורש; פ"י/ו - האות המשתנה היא הראשונה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מיון מהיר לפי גזרה כהכנה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לתלות על הלוח טבלת ארבע הגזרות עם דוגמה אחת לכל גזרה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 ולדלג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גזרות הנחים - זיהוי וחילוץ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קבוצת פעלים מיוחדת שבה אחת מאותיות השורש משתנה או נעלמת בנטייה - אלה נקראים גזרות הנחים. בדף זה נתרגל לזהות את הגזרה ולחלץ את השורש המלא, בדיוק כמו בלש שחוקר רמזים.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"ישב"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"קנה"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"קם" (מהשורש של לקום)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הפועל "נפל"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הפועל "בנה"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הפועל "ירד"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פ"נ האות נ' נבלעת לפעמים בנטיית עתיד, למשל יפול במקום ינפול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כל הפעלים מסתיימים באות ו'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האמצעית בשורש היא תמיד נ'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הפועל "ראה" הוא ר-א-ה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חילוץ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"ישב"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"קנה"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"קם"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הפועל "נתן"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הפועל "שר" (מהשורש של לשיר)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גזרה לפועל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ל"ה/י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פ"י/ו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ע"ו/י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פ"נ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גזרה אחת (ל"ה/י, פ"י/ו, ע"ו/י או פ"נ), כתבו שני פעלים נוספים השייכים לאותה גזרה, וחלצו את השורש המלא של 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נחים?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אחד מגזרת פ"נ וכתבו את שורשו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גזרת ל"ה/י לגזרת פ"י/ו?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גזרות הנחים - זיהוי וחילוץ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