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- זיהוי וחילוץ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גזרת הנחים של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לחלץ את שלוש אותיות השורש מתוך פעלים בגזרות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הגזרות: ל"ה/י, פ"י/ו, ע"ו/י ופ"נ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מסתיימים באות ה' או י', כמו בנה וקנה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שלוש אותיות השורש הן ר, א,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חילוץ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ק-נ-ה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גזרה לפועל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קבוצת פעלים שבהם אות שורש אחת (ו',י' או נ') משתנה או נעלמת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נפל - שורש נ-פ-ל, או נסע - שורש נ-ס-ע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ל"ה/י - האות המשתנה היא האחרונה בשורש; פ"י/ו - האות המשתנה היא הראשונה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מיון מהיר לפי גזרה כהכנה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לתלות על הלוח טבלת ארבע הגזרות עם דוגמה אחת לכל גזרה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 ולדלג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- זיהוי וחילוץ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קבוצת פעלים מיוחדת שבה אחת מאותיות השורש משתנה או נעלמת בנטייה - אלה נקראים גזרות הנחים. בדף זה נתרגל לזהות את הגזרה ולחלץ את השורש המלא, בדיוק כמו בלש שחוקר רמזים.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י-ש-ב  ·  ק-נ-ה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הפועל "ישב"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"נפל"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ל"ה/י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ל"ה/י כל הפעלים מסתיימים באות 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של הפועל "ראה" הוא ר-א-ה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חילוץ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הפועל "ישב"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הפועל "קנה"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גזרה לפועל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ל"ה/י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פ"י/ו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פ"נ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גזרת נחים?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אחד מגזרת פ"נ וכתבו את שורשו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- זיהוי וחילוץ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